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8-week release checklist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A free, printable week-by-week checklist for releasing a single as an independent artist in India, from master and metadata to pitching, content, release day and the four weeks after.</w:t>
      </w:r>
    </w:p>
    <w:p>
      <w:pPr>
        <w:spacing w:after="120"/>
      </w:pPr>
      <w:r>
        <w:rPr>
          <w:b w:val="0"/>
          <w:i w:val="0"/>
        </w:rPr>
        <w:t>Release date (a Friday): ____________________ Song: ____________________</w:t>
      </w:r>
    </w:p>
    <w:p>
      <w:pPr>
        <w:pStyle w:val="Heading2"/>
      </w:pPr>
      <w:r>
        <w:t>Week −8: finish the music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Final master approved (and a clean or radio edit if needed)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Title locked, spelled exactly as it will appear everywhere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hyperlink r:id="rId11">
        <w:r>
          <w:rPr>
            <w:color w:val="A2482A"/>
            <w:u w:val="single"/>
          </w:rPr>
          <w:t xml:space="preserve">Split sheet</w:t>
        </w:r>
      </w:hyperlink>
      <w:r>
        <w:rPr>
          <w:b w:val="0"/>
          <w:i w:val="0"/>
        </w:rPr>
        <w:t xml:space="preserve"> signed by every writer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Samples cleared, if any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AI use noted, if any, for your distributor's declaration</w:t>
      </w:r>
    </w:p>
    <w:p>
      <w:pPr>
        <w:pStyle w:val="Heading2"/>
      </w:pPr>
      <w:r>
        <w:t>Week −7: visuals and story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Cover art, 3000 × 3000 px, no logos or text that break store rules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Press photos, horizontal and vertical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The story of the song in one paragraph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Lyrics typed and checked</w:t>
      </w:r>
    </w:p>
    <w:p>
      <w:pPr>
        <w:pStyle w:val="Heading2"/>
      </w:pPr>
      <w:r>
        <w:t>Week −6: metadata and rights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hyperlink r:id="rId12">
        <w:r>
          <w:rPr>
            <w:color w:val="A2482A"/>
            <w:u w:val="single"/>
          </w:rPr>
          <w:t xml:space="preserve">Metadata and credits sheet</w:t>
        </w:r>
      </w:hyperlink>
      <w:r>
        <w:rPr>
          <w:b w:val="0"/>
          <w:i w:val="0"/>
        </w:rPr>
        <w:t xml:space="preserve"> complete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ISRC assigned (by your distributor, or your own)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Song registered with IPRS by every writer, with matching shares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Release date chosen</w:t>
      </w:r>
    </w:p>
    <w:p>
      <w:pPr>
        <w:pStyle w:val="Heading2"/>
      </w:pPr>
      <w:r>
        <w:t>Week −6 to −4: deliver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Uploaded to distributor, all platforms selected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YouTube Content ID and Official Artist Channel requested, if available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Delivery confirmed and no errors flagged</w:t>
      </w:r>
    </w:p>
    <w:p>
      <w:pPr>
        <w:pStyle w:val="Heading2"/>
      </w:pPr>
      <w:r>
        <w:t>Week −4: pitch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Song visible under Music → Upcoming in Spotify for Artists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Spotify pitch submitted with accurate genre, mood, language and story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Asked distributor about pitching other platforms</w:t>
      </w:r>
    </w:p>
    <w:p>
      <w:pPr>
        <w:pStyle w:val="Heading2"/>
      </w:pPr>
      <w:r>
        <w:t>Week −4 to −1: build anticipation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Content plan written: story, hook, making-of, countdown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Hook clips tested with Trial Reels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Pre-save link live and in your bio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Closest fans told personally (DMs, WhatsApp, email list)</w:t>
      </w:r>
    </w:p>
    <w:p>
      <w:pPr>
        <w:pStyle w:val="Heading2"/>
      </w:pPr>
      <w:r>
        <w:t>Week −2: outreach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Personal pitches sent to playlist curators, journalists, blogs and radio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Premiere offered to one outlet, if relevant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hyperlink r:id="rId13">
        <w:r>
          <w:rPr>
            <w:color w:val="A2482A"/>
            <w:u w:val="single"/>
          </w:rPr>
          <w:t xml:space="preserve">EPK</w:t>
        </w:r>
      </w:hyperlink>
      <w:r>
        <w:rPr>
          <w:b w:val="0"/>
          <w:i w:val="0"/>
        </w:rPr>
        <w:t xml:space="preserve"> updated</w:t>
      </w:r>
    </w:p>
    <w:p>
      <w:pPr>
        <w:pStyle w:val="Heading2"/>
      </w:pPr>
      <w:r>
        <w:t>Week −1: final prep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Spotify Canvas uploaded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Music video, lyric video or visualiser scheduled as a YouTube premiere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Release-day posts and stories ready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Link hub updated to go live on release day</w:t>
      </w:r>
    </w:p>
    <w:p>
      <w:pPr>
        <w:pStyle w:val="Heading2"/>
      </w:pPr>
      <w:r>
        <w:t>Release day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Song live on all platforms (check each one)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Posts on Instagram, YouTube and everywhere else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Artist Pick and bios updated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Reply to every comment and message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Thank and share everyone who supports it</w:t>
      </w:r>
    </w:p>
    <w:p>
      <w:pPr>
        <w:pStyle w:val="Heading2"/>
      </w:pPr>
      <w:r>
        <w:t>Weeks +1 to +4: keep it alive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A new clip of the song every two or three days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Fan videos and playlist adds shared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Numbers checked weekly: active listeners, saves, sends, watch time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Plan an alternative version (acoustic, live, remix) for weeks +4 to +8</w:t>
      </w:r>
    </w:p>
    <w:p>
      <w:pPr>
        <w:spacing w:after="80"/>
      </w:pPr>
      <w:r>
        <w:rPr>
          <w:color w:val="18214A"/>
          <w:sz w:val="24"/>
        </w:rPr>
        <w:t xml:space="preserve">☐  </w:t>
      </w:r>
      <w:r>
        <w:rPr>
          <w:b w:val="0"/>
          <w:i w:val="0"/>
        </w:rPr>
        <w:t>Notes written: what worked, what to change next time</w:t>
      </w: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4">
        <w:r>
          <w:rPr>
            <w:color w:val="A2482A"/>
            <w:sz w:val="18"/>
            <w:u w:val="single"/>
          </w:rPr>
          <w:t xml:space="preserve">surandsauda.in/learn/release-checklist/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split-sheet/" TargetMode="External"/><Relationship Id="rId12" Type="http://schemas.openxmlformats.org/officeDocument/2006/relationships/hyperlink" Target="https://surandsauda.in/learn/metadata-and-credits-sheet/" TargetMode="External"/><Relationship Id="rId13" Type="http://schemas.openxmlformats.org/officeDocument/2006/relationships/hyperlink" Target="https://surandsauda.in/learn/epk-template/" TargetMode="External"/><Relationship Id="rId14" Type="http://schemas.openxmlformats.org/officeDocument/2006/relationships/hyperlink" Target="https://surandsauda.in/learn/release-checkli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8-week release checklist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