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Brand pitch email template</w:t>
      </w:r>
    </w:p>
    <w:p>
      <w:pPr>
        <w:spacing w:after="240"/>
      </w:pPr>
      <w:r>
        <w:rPr>
          <w:b w:val="0"/>
          <w:i w:val="0"/>
          <w:color w:val="6B665E"/>
          <w:sz w:val="20"/>
        </w:rPr>
        <w:t>Free email templates for independent artists pitching brands in India, including a first pitch, a follow-up, a reply when a brand approaches you, and a quote, with notes on what to change for each brand.</w:t>
      </w:r>
    </w:p>
    <w:p>
      <w:pPr>
        <w:spacing w:after="120"/>
      </w:pPr>
      <w:r>
        <w:rPr>
          <w:b w:val="0"/>
          <w:i w:val="0"/>
        </w:rPr>
        <w:t xml:space="preserve">Replace everything in [square brackets]. Keep each email under 150 words. </w:t>
      </w:r>
      <w:hyperlink r:id="rId11">
        <w:r>
          <w:rPr>
            <w:color w:val="A2482A"/>
            <w:u w:val="single"/>
          </w:rPr>
          <w:t xml:space="preserve">Read the brands module first.</w:t>
        </w:r>
      </w:hyperlink>
    </w:p>
    <w:p>
      <w:pPr>
        <w:pStyle w:val="Heading2"/>
      </w:pPr>
      <w:r>
        <w:t>1. First pitch</w:t>
      </w:r>
    </w:p>
    <w:p>
      <w:pPr>
        <w:spacing w:after="120"/>
      </w:pPr>
      <w:r>
        <w:rPr>
          <w:b/>
          <w:i w:val="0"/>
        </w:rPr>
        <w:t>Subject:</w:t>
      </w:r>
      <w:r>
        <w:rPr>
          <w:b w:val="0"/>
          <w:i w:val="0"/>
        </w:rPr>
        <w:t xml:space="preserve"> [Your artist name] × [Brand]: an idea for [campaign, product or moment]</w:t>
      </w:r>
    </w:p>
    <w:p>
      <w:pPr>
        <w:spacing w:after="120"/>
      </w:pPr>
      <w:r>
        <w:rPr>
          <w:b w:val="0"/>
          <w:i w:val="0"/>
        </w:rPr>
        <w:t>Hi [Name],</w:t>
      </w:r>
    </w:p>
    <w:p>
      <w:pPr>
        <w:spacing w:after="120"/>
      </w:pPr>
      <w:r>
        <w:rPr>
          <w:b w:val="0"/>
          <w:i w:val="0"/>
        </w:rPr>
        <w:t>I'm [your name], a [genre] artist from [city]. [One line of proof: e.g. "My last single reached 40,000 listeners, mostly 18 to 24-year-olds in Bengaluru and Pune."]</w:t>
      </w:r>
    </w:p>
    <w:p>
      <w:pPr>
        <w:spacing w:after="120"/>
      </w:pPr>
      <w:r>
        <w:rPr>
          <w:b w:val="0"/>
          <w:i w:val="0"/>
        </w:rPr>
        <w:t>I've [used / followed / been a customer of] [Brand] for [time], and I think my audience fits yours: [one line on the overlap].</w:t>
      </w:r>
    </w:p>
    <w:p>
      <w:pPr>
        <w:spacing w:after="120"/>
      </w:pPr>
      <w:r>
        <w:rPr>
          <w:b w:val="0"/>
          <w:i w:val="0"/>
        </w:rPr>
        <w:t>An idea: [one specific concept, e.g. "a three-Reel series where I write a short song with your café's regulars, released over the week of your anniversary"].</w:t>
      </w:r>
    </w:p>
    <w:p>
      <w:pPr>
        <w:spacing w:after="120"/>
      </w:pPr>
      <w:r>
        <w:rPr>
          <w:b w:val="0"/>
          <w:i w:val="0"/>
        </w:rPr>
        <w:t>I'd love to share a few more details. Would a 15-minute call next week work?</w:t>
      </w:r>
    </w:p>
    <w:p>
      <w:pPr>
        <w:spacing w:after="120"/>
      </w:pPr>
      <w:r>
        <w:rPr>
          <w:b w:val="0"/>
          <w:i w:val="0"/>
        </w:rPr>
        <w:t>My press kit, with music and audience details: [EPK link]</w:t>
      </w:r>
    </w:p>
    <w:p>
      <w:pPr>
        <w:spacing w:after="120"/>
      </w:pPr>
      <w:r>
        <w:rPr>
          <w:b w:val="0"/>
          <w:i w:val="0"/>
        </w:rPr>
        <w:t>Thanks,</w:t>
      </w:r>
      <w:r>
        <w:br/>
      </w:r>
      <w:r>
        <w:rPr>
          <w:b w:val="0"/>
          <w:i w:val="0"/>
        </w:rPr>
        <w:t>[Name]</w:t>
      </w:r>
      <w:r>
        <w:br/>
      </w:r>
      <w:r>
        <w:rPr>
          <w:b w:val="0"/>
          <w:i w:val="0"/>
        </w:rPr>
        <w:t>[Phone] · [Instagram] · [Spotify]</w:t>
      </w:r>
    </w:p>
    <w:p>
      <w:pPr>
        <w:pStyle w:val="Heading2"/>
      </w:pPr>
      <w:r>
        <w:t>2. Follow-up (one week later)</w:t>
      </w:r>
    </w:p>
    <w:p>
      <w:pPr>
        <w:spacing w:after="120"/>
      </w:pPr>
      <w:r>
        <w:rPr>
          <w:b/>
          <w:i w:val="0"/>
        </w:rPr>
        <w:t>Subject:</w:t>
      </w:r>
      <w:r>
        <w:rPr>
          <w:b w:val="0"/>
          <w:i w:val="0"/>
        </w:rPr>
        <w:t xml:space="preserve"> Re: [original subject]</w:t>
      </w:r>
    </w:p>
    <w:p>
      <w:pPr>
        <w:spacing w:after="120"/>
      </w:pPr>
      <w:r>
        <w:rPr>
          <w:b w:val="0"/>
          <w:i w:val="0"/>
        </w:rPr>
        <w:t>Hi [Name],</w:t>
      </w:r>
    </w:p>
    <w:p>
      <w:pPr>
        <w:spacing w:after="120"/>
      </w:pPr>
      <w:r>
        <w:rPr>
          <w:b w:val="0"/>
          <w:i w:val="0"/>
        </w:rPr>
        <w:t>Just following up on my note about [the idea]. Happy to adapt it to what you have planned for [season or launch].</w:t>
      </w:r>
    </w:p>
    <w:p>
      <w:pPr>
        <w:spacing w:after="120"/>
      </w:pPr>
      <w:r>
        <w:rPr>
          <w:b w:val="0"/>
          <w:i w:val="0"/>
        </w:rPr>
        <w:t>[One new piece of proof, if you have it: a new release, a show, a milestone.]</w:t>
      </w:r>
    </w:p>
    <w:p>
      <w:pPr>
        <w:spacing w:after="120"/>
      </w:pPr>
      <w:r>
        <w:rPr>
          <w:b w:val="0"/>
          <w:i w:val="0"/>
        </w:rPr>
        <w:t>Thanks,</w:t>
      </w:r>
      <w:r>
        <w:br/>
      </w:r>
      <w:r>
        <w:rPr>
          <w:b w:val="0"/>
          <w:i w:val="0"/>
        </w:rPr>
        <w:t>[Name]</w:t>
      </w:r>
    </w:p>
    <w:p>
      <w:pPr>
        <w:pStyle w:val="Heading2"/>
      </w:pPr>
      <w:r>
        <w:t>3. When a brand approaches you</w:t>
      </w:r>
    </w:p>
    <w:p>
      <w:pPr>
        <w:spacing w:after="120"/>
      </w:pPr>
      <w:r>
        <w:rPr>
          <w:b/>
          <w:i w:val="0"/>
        </w:rPr>
        <w:t>Subject:</w:t>
      </w:r>
      <w:r>
        <w:rPr>
          <w:b w:val="0"/>
          <w:i w:val="0"/>
        </w:rPr>
        <w:t xml:space="preserve"> Re: [their subject]</w:t>
      </w:r>
    </w:p>
    <w:p>
      <w:pPr>
        <w:spacing w:after="120"/>
      </w:pPr>
      <w:r>
        <w:rPr>
          <w:b w:val="0"/>
          <w:i w:val="0"/>
        </w:rPr>
        <w:t>Hi [Name],</w:t>
      </w:r>
    </w:p>
    <w:p>
      <w:pPr>
        <w:spacing w:after="120"/>
      </w:pPr>
      <w:r>
        <w:rPr>
          <w:b w:val="0"/>
          <w:i w:val="0"/>
        </w:rPr>
        <w:t>Thanks for reaching out. I'd be glad to explore this.</w:t>
      </w:r>
    </w:p>
    <w:p>
      <w:pPr>
        <w:spacing w:after="120"/>
      </w:pPr>
      <w:r>
        <w:rPr>
          <w:b w:val="0"/>
          <w:i w:val="0"/>
        </w:rPr>
        <w:t>To put together a quote, could you share:</w:t>
      </w:r>
    </w:p>
    <w:p>
      <w:pPr>
        <w:pStyle w:val="ListNumber"/>
        <w:spacing w:after="60"/>
      </w:pPr>
      <w:r>
        <w:rPr>
          <w:b w:val="0"/>
          <w:i w:val="0"/>
        </w:rPr>
        <w:t>The deliverables you have in mind (number and type of posts, Reels or videos)</w:t>
      </w:r>
    </w:p>
    <w:p>
      <w:pPr>
        <w:pStyle w:val="ListNumber"/>
        <w:spacing w:after="60"/>
      </w:pPr>
      <w:r>
        <w:rPr>
          <w:b w:val="0"/>
          <w:i w:val="0"/>
        </w:rPr>
        <w:t>Where and for how long you'd like to use the content, and whether it'll be used in paid ads</w:t>
      </w:r>
    </w:p>
    <w:p>
      <w:pPr>
        <w:pStyle w:val="ListNumber"/>
        <w:spacing w:after="60"/>
      </w:pPr>
      <w:r>
        <w:rPr>
          <w:b w:val="0"/>
          <w:i w:val="0"/>
        </w:rPr>
        <w:t>Whether you'd like to use my music, and how</w:t>
      </w:r>
    </w:p>
    <w:p>
      <w:pPr>
        <w:pStyle w:val="ListNumber"/>
        <w:spacing w:after="60"/>
      </w:pPr>
      <w:r>
        <w:rPr>
          <w:b w:val="0"/>
          <w:i w:val="0"/>
        </w:rPr>
        <w:t>Any exclusivity you need</w:t>
      </w:r>
    </w:p>
    <w:p>
      <w:pPr>
        <w:pStyle w:val="ListNumber"/>
        <w:spacing w:after="60"/>
      </w:pPr>
      <w:r>
        <w:rPr>
          <w:b w:val="0"/>
          <w:i w:val="0"/>
        </w:rPr>
        <w:t>Your timeline and budget range</w:t>
      </w:r>
    </w:p>
    <w:p>
      <w:pPr>
        <w:spacing w:after="120"/>
      </w:pPr>
      <w:r>
        <w:rPr>
          <w:b w:val="0"/>
          <w:i w:val="0"/>
        </w:rPr>
        <w:t>Thanks,</w:t>
      </w:r>
      <w:r>
        <w:br/>
      </w:r>
      <w:r>
        <w:rPr>
          <w:b w:val="0"/>
          <w:i w:val="0"/>
        </w:rPr>
        <w:t>[Name]</w:t>
      </w:r>
    </w:p>
    <w:p>
      <w:pPr>
        <w:pStyle w:val="Heading2"/>
      </w:pPr>
      <w:r>
        <w:t>4. Sending a quote</w:t>
      </w:r>
    </w:p>
    <w:p>
      <w:pPr>
        <w:spacing w:after="120"/>
      </w:pPr>
      <w:r>
        <w:rPr>
          <w:b/>
          <w:i w:val="0"/>
        </w:rPr>
        <w:t>Subject:</w:t>
      </w:r>
      <w:r>
        <w:rPr>
          <w:b w:val="0"/>
          <w:i w:val="0"/>
        </w:rPr>
        <w:t xml:space="preserve"> Quote: [Your name] × [Brand], [campaign]</w:t>
      </w:r>
    </w:p>
    <w:p>
      <w:pPr>
        <w:spacing w:after="120"/>
      </w:pPr>
      <w:r>
        <w:rPr>
          <w:b w:val="0"/>
          <w:i w:val="0"/>
        </w:rPr>
        <w:t>Hi [Name],</w:t>
      </w:r>
    </w:p>
    <w:p>
      <w:pPr>
        <w:spacing w:after="120"/>
      </w:pPr>
      <w:r>
        <w:rPr>
          <w:b w:val="0"/>
          <w:i w:val="0"/>
        </w:rPr>
        <w:t>Thanks for the details. Here's what I'd propose:</w:t>
      </w:r>
    </w:p>
    <w:tbl>
      <w:tblPr>
        <w:tblStyle w:val="TableGrid"/>
        <w:tblW w:w="9639" w:type="dxa"/>
        <w:jc w:val="center"/>
        <w:tblBorders>
          <w:top w:val="single" w:sz="4" w:space="0" w:color="BDB5A6"/>
          <w:left w:val="single" w:sz="4" w:space="0" w:color="BDB5A6"/>
          <w:bottom w:val="single" w:sz="4" w:space="0" w:color="BDB5A6"/>
          <w:right w:val="single" w:sz="4" w:space="0" w:color="BDB5A6"/>
          <w:insideH w:val="single" w:sz="4" w:space="0" w:color="BDB5A6"/>
          <w:insideV w:val="single" w:sz="4" w:space="0" w:color="BDB5A6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18214A"/>
          </w:tcPr>
          <w:p>
            <w:r/>
            <w:r>
              <w:rPr>
                <w:b/>
                <w:i w:val="0"/>
                <w:color w:val="EEE6D8"/>
                <w:sz w:val="19"/>
              </w:rPr>
              <w:t>Item</w:t>
            </w:r>
          </w:p>
        </w:tc>
        <w:tc>
          <w:tcPr>
            <w:tcW w:type="dxa" w:w="3213"/>
            <w:shd w:val="clear" w:color="auto" w:fill="18214A"/>
          </w:tcPr>
          <w:p>
            <w:r/>
            <w:r>
              <w:rPr>
                <w:b/>
                <w:i w:val="0"/>
                <w:color w:val="EEE6D8"/>
                <w:sz w:val="19"/>
              </w:rPr>
              <w:t>Details</w:t>
            </w:r>
          </w:p>
        </w:tc>
        <w:tc>
          <w:tcPr>
            <w:tcW w:type="dxa" w:w="3213"/>
            <w:shd w:val="clear" w:color="auto" w:fill="18214A"/>
          </w:tcPr>
          <w:p>
            <w:r/>
            <w:r>
              <w:rPr>
                <w:b/>
                <w:i w:val="0"/>
                <w:color w:val="EEE6D8"/>
                <w:sz w:val="19"/>
              </w:rPr>
              <w:t>Fee (₹)</w:t>
            </w:r>
          </w:p>
        </w:tc>
      </w:tr>
      <w:tr>
        <w:trPr>
          <w:trHeight w:val="539"/>
        </w:trPr>
        <w:tc>
          <w:tcPr>
            <w:tcW w:type="dxa" w:w="3213"/>
          </w:tcPr>
          <w:p>
            <w:r/>
            <w:r>
              <w:rPr>
                <w:b w:val="0"/>
                <w:i w:val="0"/>
                <w:sz w:val="19"/>
              </w:rPr>
              <w:t>Content</w:t>
            </w:r>
          </w:p>
        </w:tc>
        <w:tc>
          <w:tcPr>
            <w:tcW w:type="dxa" w:w="3213"/>
          </w:tcPr>
          <w:p>
            <w:r/>
            <w:r>
              <w:rPr>
                <w:b w:val="0"/>
                <w:i w:val="0"/>
                <w:sz w:val="19"/>
              </w:rPr>
              <w:t>[e.g. 2 Reels and 3 stories]</w:t>
            </w:r>
          </w:p>
        </w:tc>
        <w:tc>
          <w:tcPr>
            <w:tcW w:type="dxa" w:w="3213"/>
          </w:tcPr>
          <w:p>
            <w:r/>
          </w:p>
        </w:tc>
      </w:tr>
      <w:tr>
        <w:trPr>
          <w:trHeight w:val="539"/>
        </w:trPr>
        <w:tc>
          <w:tcPr>
            <w:tcW w:type="dxa" w:w="3213"/>
          </w:tcPr>
          <w:p>
            <w:r/>
            <w:r>
              <w:rPr>
                <w:b w:val="0"/>
                <w:i w:val="0"/>
                <w:sz w:val="19"/>
              </w:rPr>
              <w:t>Usage</w:t>
            </w:r>
          </w:p>
        </w:tc>
        <w:tc>
          <w:tcPr>
            <w:tcW w:type="dxa" w:w="3213"/>
          </w:tcPr>
          <w:p>
            <w:r/>
            <w:r>
              <w:rPr>
                <w:b w:val="0"/>
                <w:i w:val="0"/>
                <w:sz w:val="19"/>
              </w:rPr>
              <w:t>[e.g. organic on brand's pages for 3 months; paid ads extra]</w:t>
            </w:r>
          </w:p>
        </w:tc>
        <w:tc>
          <w:tcPr>
            <w:tcW w:type="dxa" w:w="3213"/>
          </w:tcPr>
          <w:p>
            <w:r/>
          </w:p>
        </w:tc>
      </w:tr>
      <w:tr>
        <w:trPr>
          <w:trHeight w:val="539"/>
        </w:trPr>
        <w:tc>
          <w:tcPr>
            <w:tcW w:type="dxa" w:w="3213"/>
          </w:tcPr>
          <w:p>
            <w:r/>
            <w:r>
              <w:rPr>
                <w:b w:val="0"/>
                <w:i w:val="0"/>
                <w:sz w:val="19"/>
              </w:rPr>
              <w:t>Music licence</w:t>
            </w:r>
          </w:p>
        </w:tc>
        <w:tc>
          <w:tcPr>
            <w:tcW w:type="dxa" w:w="3213"/>
          </w:tcPr>
          <w:p>
            <w:r/>
            <w:r>
              <w:rPr>
                <w:b w:val="0"/>
                <w:i w:val="0"/>
                <w:sz w:val="19"/>
              </w:rPr>
              <w:t>[e.g. use of my song in the Reels for 3 months]</w:t>
            </w:r>
          </w:p>
        </w:tc>
        <w:tc>
          <w:tcPr>
            <w:tcW w:type="dxa" w:w="3213"/>
          </w:tcPr>
          <w:p>
            <w:r/>
          </w:p>
        </w:tc>
      </w:tr>
      <w:tr>
        <w:trPr>
          <w:trHeight w:val="539"/>
        </w:trPr>
        <w:tc>
          <w:tcPr>
            <w:tcW w:type="dxa" w:w="3213"/>
          </w:tcPr>
          <w:p>
            <w:r/>
            <w:r>
              <w:rPr>
                <w:b w:val="0"/>
                <w:i w:val="0"/>
                <w:sz w:val="19"/>
              </w:rPr>
              <w:t>Exclusivity</w:t>
            </w:r>
          </w:p>
        </w:tc>
        <w:tc>
          <w:tcPr>
            <w:tcW w:type="dxa" w:w="3213"/>
          </w:tcPr>
          <w:p>
            <w:r/>
            <w:r>
              <w:rPr>
                <w:b w:val="0"/>
                <w:i w:val="0"/>
                <w:sz w:val="19"/>
              </w:rPr>
              <w:t>[e.g. none / 3 months in your category]</w:t>
            </w:r>
          </w:p>
        </w:tc>
        <w:tc>
          <w:tcPr>
            <w:tcW w:type="dxa" w:w="3213"/>
          </w:tcPr>
          <w:p>
            <w:r/>
          </w:p>
        </w:tc>
      </w:tr>
      <w:tr>
        <w:trPr>
          <w:trHeight w:val="539"/>
        </w:trPr>
        <w:tc>
          <w:tcPr>
            <w:tcW w:type="dxa" w:w="3213"/>
          </w:tcPr>
          <w:p>
            <w:r/>
            <w:r>
              <w:rPr>
                <w:b/>
                <w:i w:val="0"/>
                <w:sz w:val="19"/>
              </w:rPr>
              <w:t>Total</w:t>
            </w:r>
          </w:p>
        </w:tc>
        <w:tc>
          <w:tcPr>
            <w:tcW w:type="dxa" w:w="3213"/>
          </w:tcPr>
          <w:p>
            <w:r/>
            <w:r>
              <w:rPr>
                <w:b w:val="0"/>
                <w:i w:val="0"/>
                <w:sz w:val="19"/>
              </w:rPr>
              <w:t>Plus GST if applicable</w:t>
            </w:r>
          </w:p>
        </w:tc>
        <w:tc>
          <w:tcPr>
            <w:tcW w:type="dxa" w:w="3213"/>
          </w:tcPr>
          <w:p>
            <w:r/>
          </w:p>
        </w:tc>
      </w:tr>
    </w:tbl>
    <w:p>
      <w:pPr>
        <w:spacing w:after="40"/>
      </w:pPr>
    </w:p>
    <w:p>
      <w:pPr>
        <w:spacing w:after="120"/>
      </w:pPr>
      <w:r>
        <w:rPr>
          <w:b w:val="0"/>
          <w:i w:val="0"/>
        </w:rPr>
        <w:t>Payment: [e.g. 50% on signing, 50% within 30 days of delivery]. Includes [number] rounds of revisions. All paid content will carry a clear disclosure label.</w:t>
      </w:r>
    </w:p>
    <w:p>
      <w:pPr>
        <w:spacing w:after="120"/>
      </w:pPr>
      <w:r>
        <w:rPr>
          <w:b w:val="0"/>
          <w:i w:val="0"/>
        </w:rPr>
        <w:t>Happy to adjust the scope to fit your budget.</w:t>
      </w:r>
    </w:p>
    <w:p>
      <w:pPr>
        <w:spacing w:after="120"/>
      </w:pPr>
      <w:r>
        <w:rPr>
          <w:b w:val="0"/>
          <w:i w:val="0"/>
        </w:rPr>
        <w:t>Thanks,</w:t>
      </w:r>
      <w:r>
        <w:br/>
      </w:r>
      <w:r>
        <w:rPr>
          <w:b w:val="0"/>
          <w:i w:val="0"/>
        </w:rPr>
        <w:t>[Name]</w:t>
      </w:r>
    </w:p>
    <w:p>
      <w:pPr>
        <w:pStyle w:val="Heading2"/>
      </w:pPr>
      <w:r>
        <w:t>Before you hit send</w:t>
      </w:r>
    </w:p>
    <w:p>
      <w:pPr>
        <w:pStyle w:val="ListBullet"/>
        <w:spacing w:after="60"/>
      </w:pPr>
      <w:r>
        <w:rPr>
          <w:b w:val="0"/>
          <w:i w:val="0"/>
        </w:rPr>
        <w:t>The brand's name and the contact's name are spelled correctly.</w:t>
      </w:r>
    </w:p>
    <w:p>
      <w:pPr>
        <w:pStyle w:val="ListBullet"/>
        <w:spacing w:after="60"/>
      </w:pPr>
      <w:r>
        <w:rPr>
          <w:b w:val="0"/>
          <w:i w:val="0"/>
        </w:rPr>
        <w:t>The idea is specific to this brand, not copied from another pitch.</w:t>
      </w:r>
    </w:p>
    <w:p>
      <w:pPr>
        <w:pStyle w:val="ListBullet"/>
        <w:spacing w:after="60"/>
      </w:pPr>
      <w:r>
        <w:rPr>
          <w:b w:val="0"/>
          <w:i w:val="0"/>
        </w:rPr>
        <w:t>Your EPK link works without a login.</w:t>
      </w:r>
    </w:p>
    <w:p>
      <w:pPr>
        <w:pStyle w:val="ListBullet"/>
        <w:spacing w:after="60"/>
      </w:pPr>
      <w:r>
        <w:rPr>
          <w:b w:val="0"/>
          <w:i w:val="0"/>
        </w:rPr>
        <w:t>You've checked any exclusivity you already have with other brands.</w:t>
      </w:r>
    </w:p>
    <w:p>
      <w:pPr>
        <w:spacing w:before="360"/>
      </w:pPr>
      <w:r>
        <w:rPr>
          <w:color w:val="6B665E"/>
          <w:sz w:val="18"/>
        </w:rPr>
        <w:t xml:space="preserve">Online version and more free documents: </w:t>
      </w:r>
      <w:hyperlink r:id="rId12">
        <w:r>
          <w:rPr>
            <w:color w:val="A2482A"/>
            <w:sz w:val="18"/>
            <w:u w:val="single"/>
          </w:rPr>
          <w:t xml:space="preserve">surandsauda.in/learn/brand-pitch-email/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65E"/>
        <w:sz w:val="16"/>
      </w:rPr>
      <w:t>Free from surandsauda.in. General information, not legal or financial advice.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A2482A"/>
        <w:sz w:val="17"/>
      </w:rPr>
      <w:t>SUR &amp; SAUDA</w:t>
    </w:r>
    <w:r>
      <w:rPr>
        <w:color w:val="6B665E"/>
        <w:sz w:val="17"/>
      </w:rPr>
      <w:t xml:space="preserve">   ·   Getting started documents   ·   surandsauda.in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6130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eastAsiaTheme="majorEastAsia" w:cstheme="majorBidi" w:ascii="Georgia" w:hAnsi="Georgia"/>
      <w:b w:val="0"/>
      <w:bCs/>
      <w:color w:val="18214A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eastAsiaTheme="majorEastAsia" w:cstheme="majorBidi" w:ascii="Georgia" w:hAnsi="Georgia"/>
      <w:b w:val="0"/>
      <w:bCs/>
      <w:color w:val="18214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20"/>
      <w:outlineLvl w:val="2"/>
    </w:pPr>
    <w:rPr>
      <w:rFonts w:eastAsiaTheme="majorEastAsia" w:cstheme="majorBidi" w:ascii="Georgia" w:hAnsi="Georgia"/>
      <w:b w:val="0"/>
      <w:bCs/>
      <w:color w:val="A2482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surandsauda.in/learn/collaborations-and-brands/" TargetMode="External"/><Relationship Id="rId12" Type="http://schemas.openxmlformats.org/officeDocument/2006/relationships/hyperlink" Target="https://surandsauda.in/learn/brand-pitch-emai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Brand pitch email template</dc:title>
  <dc:subject/>
  <dc:creator>Sur &amp; Sauda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